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תפקידים בדיבייט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התפקידים השונים בדיון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כל תפקיד אחראי לעשות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בטיפים של כל 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עושה 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נואם/ת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בונה טיעונים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מפריכ/ה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מסכמ/ת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בהירות, ראיות, כבוד והפרכה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לשים לב לטענות שצריך לבדוק מאיפה המידע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תפקיד וטיפ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(פותח/ת במשפט שתופס תשומת 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(לכל טענה כי אחד ולמשל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(מתחיל/ה מהטענה החזקה של הצד השני)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(מרימ/ה כרטיס 15 ואז כרטיס סיום)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(כותב/ת בעד ונגד בשתי עמודות)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המסכמ/ת סוגר/ת בלי טענות 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התפקיד שלו/שלה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בתיאור התפקיד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שופטים את הטיעון, לא את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התפקיד הוא רק לבדוק מאיפה המידע, בלי לשפוט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שם התפקיד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נואם/ת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בונה טיעונים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שומר/ת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כתב/ת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שומר/ת 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הדיבורים בדיון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נואם/ת פתיחה מציג/ה את העמדה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בונה טיעונים מוסיפ/ה נימוקים וראיות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מפריכ/ה עונה לטענות הצד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מסכמ/ת סוגר/ת את הדיון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בחירת 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תכלול: שם תפקיד מתוך הרשימה, סיבה אישית לבחירה, ואזכור של טיפ אחד רלוונטי מתיאור התפקיד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נכון של תפקיד אחד מתוך עשרת התפקידים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בונה טיעונים מכין נימוקים וראיות, מפריכ/ה עונה לצד השני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לשמור על שיח מכבד ולמנוע פגיעה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הקלפים אקראית או לתת לתלמידים לבחור 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עודדו תלמידים ביישניים לבחור תפקידים כמו כתב/ת או בודק/ת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אחרי התרגול כדאי לקיים דיבייט קצר בכיתה וליישם בפועל את התפקידים שנלמדו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תפקידים בדיבייט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בזירת הדיבייט לכל משתתף ומשתתפת יש תפקיד חשוב, גם מי שלא אוהב/ת לדבר מול כולם. בדף הזה נתרגל להכיר את התפקידים ואת מה שכל אחד מהם עושה.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 עושה 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אחראי/ת להציג את עמדת הקבוצה בתחילת הדיון בבירור ובביטחון?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נואם/ת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שומר/ת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בודק/ת 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מראיינ/ת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אוסף/ת נימוקים, ראיות ודוגמאות לטיעונים?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מסכמ/ת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בונה טיעונים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שופט/ת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מקשיב/ה לצד השני ועונה לטענות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מפריכ/ה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שומר/ת 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נואם/ת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שומר/ת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סוגר/ת את הדיון ומזכיר/ה את הנקודות העיקריות בלי להוסיף טענות חדשות?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בודק/ת 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מסכמ/ת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מראיינ/ת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שופט/ת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לפי אילו קריטריונים שופט/ת מעריכ/ה את הדיון?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מהירות דיבור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בהירות, ראיות, כבוד והפרכה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צועק חזק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המילים שנאמרו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תפקיד/ה של בודק/ת העובדות?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לשים לב לטענות שצריך לבדוק מאיפה המידע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להפעיל את הטיימר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את הטענות משני הצדדים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לשאול שאלה בסוף הדיון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תפקיד וטיפ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נואם/ת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לכל טענה כי אחד ולמשל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בונה טיעונים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פותח/ת במשפט שתופס תשומת 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מפריכ/ה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כותב/ת בעד ונגד בשתי עמודות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שומר/ת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מתחיל/ה מהטענה החזקה של הצד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כתב/ת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מרימ/ה כרטיס 15 ואז כרטיס סיום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תפקיד המסכמ/ת הוא להוסיף טענות חדשות בסוף הדיון.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שומר/ת הכבוד מזכיר/ה לכולם מילים לוויכוח מכבד.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המראיינ/ת שואל/ת שאלה אחת לכל צד בסוף הדיון.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שופט/ת צריך/ה לשפוט את האדם ולא רק את הטיעון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בודק/ת עובדות קובע/ת אם הטענה טובה או רעה.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שם התפקיד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מציג/ה את עמדת הקבוצה בתחילת הדיון בבהירות ובביטחון.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אחראי/ת על הנימוקים, הראיות והדוגמאות.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מודיע/ה כשנשארו 15 שניות.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מתעד/ת את הטענות הטובות משני הצדדים.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מציע/ה עצירה קצרה ונשימה כשמתחמם הדיון.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הדיבורים בדיון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מסכמ/ת סוגר/ת את הדיון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מפריכ/ה עונה לטענות הצד השני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נואם/ת פתיחה מציג/ה את העמדה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בונה טיעונים מוסיפ/ה נימוקים וראיות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בחירת 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תפקיד אחד מהכרטיסים שהייתם רוצים למלא בדיבייט הבא. כתבו איזה תפקיד בחרתם, למה, ואיזה טיפ מהכרטיס תשתמשו בו.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תפקיד אחד ותפקיד שלו במשפט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בונה טיעונים למפריכ/ה?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שיהיה שומר/ת כבוד בדיבייט?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תפקידים בדיבייט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